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b/>
          <w:sz w:val="36"/>
        </w:rPr>
        <w:t>INVOICE</w:t>
      </w:r>
    </w:p>
    <w:p>
      <w:pPr>
        <w:spacing w:after="120"/>
      </w:pPr>
      <w:r>
        <w:t>Invoice number: INV-0001</w:t>
        <w:br/>
      </w:r>
      <w:r>
        <w:t>Invoice date: [date]</w:t>
        <w:br/>
      </w:r>
      <w:r>
        <w:t>Supply date (tax point): [date goods/services supplied]</w:t>
      </w:r>
    </w:p>
    <w:p>
      <w:pPr>
        <w:spacing w:after="120"/>
      </w:pPr>
      <w:r>
        <w:t>From:</w:t>
        <w:br/>
      </w:r>
      <w:r>
        <w:t>[Your name / trading name]</w:t>
        <w:br/>
      </w:r>
      <w:r>
        <w:t>[Address for legal documents]</w:t>
        <w:br/>
      </w:r>
      <w:r>
        <w:t>[Email]  [Phone]</w:t>
        <w:br/>
      </w:r>
      <w:r>
        <w:t>[VAT registration number: GB 123 4567 89, only if VAT registered]</w:t>
      </w:r>
    </w:p>
    <w:p>
      <w:pPr>
        <w:spacing w:after="120"/>
      </w:pPr>
      <w:r>
        <w:t>Bill to:</w:t>
        <w:br/>
      </w:r>
      <w:r>
        <w:t>[Customer / company name]</w:t>
        <w:br/>
      </w:r>
      <w:r>
        <w:t>[Customer address]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12"/>
        <w:gridCol w:w="2412"/>
        <w:gridCol w:w="2412"/>
        <w:gridCol w:w="2412"/>
      </w:tblGrid>
      <w:tr>
        <w:tc>
          <w:tcPr>
            <w:tcW w:type="dxa" w:w="2412"/>
          </w:tcPr>
          <w:p>
            <w:r>
              <w:rPr>
                <w:b/>
              </w:rPr>
              <w:t>Description</w:t>
            </w:r>
          </w:p>
        </w:tc>
        <w:tc>
          <w:tcPr>
            <w:tcW w:type="dxa" w:w="2412"/>
          </w:tcPr>
          <w:p>
            <w:pPr>
              <w:jc w:val="left"/>
            </w:pPr>
            <w:r>
              <w:rPr>
                <w:b/>
              </w:rPr>
              <w:t>Qty</w:t>
            </w:r>
          </w:p>
        </w:tc>
        <w:tc>
          <w:tcPr>
            <w:tcW w:type="dxa" w:w="2412"/>
          </w:tcPr>
          <w:p>
            <w:pPr>
              <w:jc w:val="left"/>
            </w:pPr>
            <w:r>
              <w:rPr>
                <w:b/>
              </w:rPr>
              <w:t>Unit price</w:t>
            </w:r>
          </w:p>
        </w:tc>
        <w:tc>
          <w:tcPr>
            <w:tcW w:type="dxa" w:w="2412"/>
          </w:tcPr>
          <w:p>
            <w:pPr>
              <w:jc w:val="right"/>
            </w:pPr>
            <w:r>
              <w:rPr>
                <w:b/>
              </w:rPr>
              <w:t>Amount</w:t>
            </w:r>
          </w:p>
        </w:tc>
      </w:tr>
      <w:tr>
        <w:tc>
          <w:tcPr>
            <w:tcW w:type="dxa" w:w="2412"/>
          </w:tcPr>
          <w:p>
            <w:r>
              <w:t>[Goods or services supplied]</w:t>
            </w:r>
          </w:p>
        </w:tc>
        <w:tc>
          <w:tcPr>
            <w:tcW w:type="dxa" w:w="2412"/>
          </w:tcPr>
          <w:p>
            <w:pPr>
              <w:jc w:val="left"/>
            </w:pPr>
            <w:r>
              <w:t>[1]</w:t>
            </w:r>
          </w:p>
        </w:tc>
        <w:tc>
          <w:tcPr>
            <w:tcW w:type="dxa" w:w="2412"/>
          </w:tcPr>
          <w:p>
            <w:pPr>
              <w:jc w:val="left"/>
            </w:pPr>
            <w:r>
              <w:t>£[0.00]</w:t>
            </w:r>
          </w:p>
        </w:tc>
        <w:tc>
          <w:tcPr>
            <w:tcW w:type="dxa" w:w="2412"/>
          </w:tcPr>
          <w:p>
            <w:pPr>
              <w:jc w:val="right"/>
            </w:pPr>
            <w:r>
              <w:t>£[0.00]</w:t>
            </w:r>
          </w:p>
        </w:tc>
      </w:tr>
      <w:tr>
        <w:tc>
          <w:tcPr>
            <w:tcW w:type="dxa" w:w="2412"/>
          </w:tcPr>
          <w:p>
            <w:r>
              <w:t>[Goods or services supplied]</w:t>
            </w:r>
          </w:p>
        </w:tc>
        <w:tc>
          <w:tcPr>
            <w:tcW w:type="dxa" w:w="2412"/>
          </w:tcPr>
          <w:p>
            <w:pPr>
              <w:jc w:val="left"/>
            </w:pPr>
            <w:r>
              <w:t>[1]</w:t>
            </w:r>
          </w:p>
        </w:tc>
        <w:tc>
          <w:tcPr>
            <w:tcW w:type="dxa" w:w="2412"/>
          </w:tcPr>
          <w:p>
            <w:pPr>
              <w:jc w:val="left"/>
            </w:pPr>
            <w:r>
              <w:t>£[0.00]</w:t>
            </w:r>
          </w:p>
        </w:tc>
        <w:tc>
          <w:tcPr>
            <w:tcW w:type="dxa" w:w="2412"/>
          </w:tcPr>
          <w:p>
            <w:pPr>
              <w:jc w:val="right"/>
            </w:pPr>
            <w:r>
              <w:t>£[0.00]</w:t>
            </w:r>
          </w:p>
        </w:tc>
      </w:tr>
      <w:t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>
            <w:pPr>
              <w:jc w:val="left"/>
            </w:pPr>
            <w:r/>
          </w:p>
        </w:tc>
        <w:tc>
          <w:tcPr>
            <w:tcW w:type="dxa" w:w="2412"/>
          </w:tcPr>
          <w:p>
            <w:pPr>
              <w:jc w:val="left"/>
            </w:pPr>
            <w:r>
              <w:t>Subtotal:</w:t>
            </w:r>
          </w:p>
        </w:tc>
        <w:tc>
          <w:tcPr>
            <w:tcW w:type="dxa" w:w="2412"/>
          </w:tcPr>
          <w:p>
            <w:pPr>
              <w:jc w:val="right"/>
            </w:pPr>
            <w:r>
              <w:t>£[0.00]</w:t>
            </w:r>
          </w:p>
        </w:tc>
      </w:tr>
      <w:t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>
            <w:pPr>
              <w:jc w:val="left"/>
            </w:pPr>
            <w:r/>
          </w:p>
        </w:tc>
        <w:tc>
          <w:tcPr>
            <w:tcW w:type="dxa" w:w="2412"/>
          </w:tcPr>
          <w:p>
            <w:pPr>
              <w:jc w:val="left"/>
            </w:pPr>
            <w:r>
              <w:rPr>
                <w:b/>
              </w:rPr>
              <w:t>VAT [20]%:</w:t>
            </w:r>
          </w:p>
        </w:tc>
        <w:tc>
          <w:tcPr>
            <w:tcW w:type="dxa" w:w="2412"/>
          </w:tcPr>
          <w:p>
            <w:pPr>
              <w:jc w:val="right"/>
            </w:pPr>
            <w:r>
              <w:t>£[0.00]</w:t>
            </w:r>
          </w:p>
        </w:tc>
      </w:tr>
      <w:t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>
            <w:pPr>
              <w:jc w:val="left"/>
            </w:pPr>
            <w:r/>
          </w:p>
        </w:tc>
        <w:tc>
          <w:tcPr>
            <w:tcW w:type="dxa" w:w="2412"/>
          </w:tcPr>
          <w:p>
            <w:pPr>
              <w:jc w:val="left"/>
            </w:pPr>
            <w:r>
              <w:rPr>
                <w:b/>
              </w:rPr>
              <w:t>TOTAL DUE:</w:t>
            </w:r>
          </w:p>
        </w:tc>
        <w:tc>
          <w:tcPr>
            <w:tcW w:type="dxa" w:w="2412"/>
          </w:tcPr>
          <w:p>
            <w:pPr>
              <w:jc w:val="right"/>
            </w:pPr>
            <w:r>
              <w:t>£[0.00]</w:t>
            </w:r>
          </w:p>
        </w:tc>
      </w:tr>
    </w:tbl>
    <w:p/>
    <w:p>
      <w:pPr>
        <w:spacing w:after="120"/>
      </w:pPr>
      <w:r>
        <w:t>Payment terms: [e.g. 30 days from invoice date]</w:t>
        <w:br/>
      </w:r>
      <w:r>
        <w:t>Pay to: [Bank name]  Sort code: [00-00-00]  Account: [00000000]</w:t>
        <w:br/>
      </w:r>
      <w:r>
        <w:t>Reference: INV-0001</w:t>
      </w:r>
    </w:p>
    <w:p>
      <w:pPr>
        <w:spacing w:after="120"/>
      </w:pPr>
      <w:r>
        <w:t>Notes: [purchase order number, thank you, any agreed terms]</w:t>
      </w:r>
    </w:p>
    <w:sectPr w:rsidR="00FC693F" w:rsidRPr="0006063C" w:rsidSect="00034616">
      <w:pgSz w:w="12240" w:h="15840"/>
      <w:pgMar w:top="1440" w:right="1296" w:bottom="144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 invoice template</dc:title>
  <dc:subject/>
  <dc:creator>Market Invoice (marketinvoice.co.uk)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